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7D9" w:rsidRDefault="00A27731" w:rsidP="00BF5D60">
      <w:pPr>
        <w:pStyle w:val="Heading1"/>
        <w:jc w:val="center"/>
      </w:pPr>
      <w:r>
        <w:t>DEMAND LETTER</w:t>
      </w:r>
    </w:p>
    <w:p w:rsidR="004A27D9" w:rsidRDefault="00A27731">
      <w:r>
        <w:rPr>
          <w:b/>
        </w:rPr>
        <w:t xml:space="preserve">Ref. No.: </w:t>
      </w:r>
      <w:r>
        <w:t xml:space="preserve">______________    </w:t>
      </w:r>
      <w:r w:rsidR="00D03683">
        <w:tab/>
      </w:r>
      <w:r w:rsidR="00D03683">
        <w:tab/>
      </w:r>
      <w:r w:rsidR="00D03683">
        <w:tab/>
      </w:r>
      <w:r w:rsidR="00D03683">
        <w:tab/>
      </w:r>
      <w:r w:rsidR="00D03683">
        <w:tab/>
      </w:r>
      <w:r w:rsidR="00D03683">
        <w:tab/>
      </w:r>
      <w:r>
        <w:rPr>
          <w:b/>
        </w:rPr>
        <w:t xml:space="preserve">Date: </w:t>
      </w:r>
      <w:r>
        <w:t>______________</w:t>
      </w:r>
    </w:p>
    <w:p w:rsidR="004A27D9" w:rsidRDefault="00A27731">
      <w:r>
        <w:t>To:</w:t>
      </w:r>
      <w:r>
        <w:br/>
        <w:t>M/s. __________________ Manpower (P) Ltd.</w:t>
      </w:r>
      <w:r>
        <w:br/>
        <w:t>License No.: ____________</w:t>
      </w:r>
      <w:r>
        <w:br/>
        <w:t>Dear Sir/Madam,</w:t>
      </w:r>
      <w:r>
        <w:br/>
      </w:r>
      <w:r>
        <w:br/>
        <w:t xml:space="preserve">We request you to recruit the following qualified personnel from Nepal for employment in our company in the Sultanate of </w:t>
      </w:r>
      <w:r w:rsidR="00BF5D60">
        <w:t xml:space="preserve">UAE </w:t>
      </w:r>
      <w:r>
        <w:t>under the following terms and conditions.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828"/>
        <w:gridCol w:w="990"/>
        <w:gridCol w:w="1500"/>
        <w:gridCol w:w="1380"/>
        <w:gridCol w:w="1336"/>
        <w:gridCol w:w="1751"/>
      </w:tblGrid>
      <w:tr w:rsidR="004A27D9" w:rsidTr="00276E4F">
        <w:tc>
          <w:tcPr>
            <w:tcW w:w="1080" w:type="dxa"/>
          </w:tcPr>
          <w:p w:rsidR="004A27D9" w:rsidRDefault="00A27731">
            <w:proofErr w:type="spellStart"/>
            <w:r>
              <w:t>S.N</w:t>
            </w:r>
            <w:proofErr w:type="spellEnd"/>
            <w:r>
              <w:t>.</w:t>
            </w:r>
          </w:p>
        </w:tc>
        <w:tc>
          <w:tcPr>
            <w:tcW w:w="1080" w:type="dxa"/>
          </w:tcPr>
          <w:p w:rsidR="004A27D9" w:rsidRDefault="00A27731">
            <w:r>
              <w:t>Job Title</w:t>
            </w:r>
          </w:p>
        </w:tc>
        <w:tc>
          <w:tcPr>
            <w:tcW w:w="828" w:type="dxa"/>
          </w:tcPr>
          <w:p w:rsidR="004A27D9" w:rsidRDefault="00A27731">
            <w:r>
              <w:t>Male</w:t>
            </w:r>
          </w:p>
        </w:tc>
        <w:tc>
          <w:tcPr>
            <w:tcW w:w="990" w:type="dxa"/>
          </w:tcPr>
          <w:p w:rsidR="004A27D9" w:rsidRDefault="00A27731">
            <w:r>
              <w:t>Female</w:t>
            </w:r>
          </w:p>
        </w:tc>
        <w:tc>
          <w:tcPr>
            <w:tcW w:w="1500" w:type="dxa"/>
          </w:tcPr>
          <w:p w:rsidR="004A27D9" w:rsidRDefault="00A27731">
            <w:r>
              <w:t xml:space="preserve">Basic Salary </w:t>
            </w:r>
            <w:r w:rsidR="00BF5D60">
              <w:t xml:space="preserve">AED </w:t>
            </w:r>
            <w:r>
              <w:t>(Figures)</w:t>
            </w:r>
          </w:p>
        </w:tc>
        <w:tc>
          <w:tcPr>
            <w:tcW w:w="1380" w:type="dxa"/>
          </w:tcPr>
          <w:p w:rsidR="004A27D9" w:rsidRDefault="00A27731">
            <w:r>
              <w:t xml:space="preserve">Basic Salary </w:t>
            </w:r>
            <w:r w:rsidR="00BF5D60">
              <w:t xml:space="preserve">AED </w:t>
            </w:r>
            <w:r>
              <w:t>(Words)</w:t>
            </w:r>
          </w:p>
        </w:tc>
        <w:tc>
          <w:tcPr>
            <w:tcW w:w="1036" w:type="dxa"/>
          </w:tcPr>
          <w:p w:rsidR="004A27D9" w:rsidRDefault="00A27731">
            <w:r>
              <w:t>Food/Other Allowance</w:t>
            </w:r>
          </w:p>
        </w:tc>
        <w:tc>
          <w:tcPr>
            <w:tcW w:w="1751" w:type="dxa"/>
          </w:tcPr>
          <w:p w:rsidR="004A27D9" w:rsidRDefault="00A27731">
            <w:r>
              <w:t>Indoor/Outdoor</w:t>
            </w:r>
            <w:r w:rsidR="00133881">
              <w:t xml:space="preserve"> or Both</w:t>
            </w:r>
          </w:p>
        </w:tc>
      </w:tr>
      <w:tr w:rsidR="004A27D9" w:rsidTr="00276E4F">
        <w:tc>
          <w:tcPr>
            <w:tcW w:w="1080" w:type="dxa"/>
          </w:tcPr>
          <w:p w:rsidR="004A27D9" w:rsidRDefault="00A27731">
            <w:r>
              <w:t>1</w:t>
            </w:r>
          </w:p>
        </w:tc>
        <w:tc>
          <w:tcPr>
            <w:tcW w:w="1080" w:type="dxa"/>
          </w:tcPr>
          <w:p w:rsidR="004A27D9" w:rsidRDefault="004A27D9"/>
        </w:tc>
        <w:tc>
          <w:tcPr>
            <w:tcW w:w="828" w:type="dxa"/>
          </w:tcPr>
          <w:p w:rsidR="004A27D9" w:rsidRDefault="004A27D9"/>
        </w:tc>
        <w:tc>
          <w:tcPr>
            <w:tcW w:w="990" w:type="dxa"/>
          </w:tcPr>
          <w:p w:rsidR="004A27D9" w:rsidRDefault="004A27D9"/>
        </w:tc>
        <w:tc>
          <w:tcPr>
            <w:tcW w:w="1500" w:type="dxa"/>
          </w:tcPr>
          <w:p w:rsidR="004A27D9" w:rsidRDefault="004A27D9"/>
        </w:tc>
        <w:tc>
          <w:tcPr>
            <w:tcW w:w="1380" w:type="dxa"/>
          </w:tcPr>
          <w:p w:rsidR="004A27D9" w:rsidRDefault="004A27D9"/>
        </w:tc>
        <w:tc>
          <w:tcPr>
            <w:tcW w:w="1036" w:type="dxa"/>
          </w:tcPr>
          <w:p w:rsidR="004A27D9" w:rsidRDefault="004A27D9"/>
        </w:tc>
        <w:tc>
          <w:tcPr>
            <w:tcW w:w="1751" w:type="dxa"/>
          </w:tcPr>
          <w:p w:rsidR="004A27D9" w:rsidRDefault="004A27D9"/>
        </w:tc>
      </w:tr>
      <w:tr w:rsidR="00A27731" w:rsidTr="00276E4F">
        <w:tc>
          <w:tcPr>
            <w:tcW w:w="1080" w:type="dxa"/>
          </w:tcPr>
          <w:p w:rsidR="00A27731" w:rsidRDefault="00A27731">
            <w:r>
              <w:t>2</w:t>
            </w:r>
          </w:p>
        </w:tc>
        <w:tc>
          <w:tcPr>
            <w:tcW w:w="1080" w:type="dxa"/>
          </w:tcPr>
          <w:p w:rsidR="00A27731" w:rsidRDefault="00A27731"/>
        </w:tc>
        <w:tc>
          <w:tcPr>
            <w:tcW w:w="828" w:type="dxa"/>
          </w:tcPr>
          <w:p w:rsidR="00A27731" w:rsidRDefault="00A27731"/>
        </w:tc>
        <w:tc>
          <w:tcPr>
            <w:tcW w:w="990" w:type="dxa"/>
          </w:tcPr>
          <w:p w:rsidR="00A27731" w:rsidRDefault="00A27731"/>
        </w:tc>
        <w:tc>
          <w:tcPr>
            <w:tcW w:w="1500" w:type="dxa"/>
          </w:tcPr>
          <w:p w:rsidR="00A27731" w:rsidRDefault="00A27731"/>
        </w:tc>
        <w:tc>
          <w:tcPr>
            <w:tcW w:w="1380" w:type="dxa"/>
          </w:tcPr>
          <w:p w:rsidR="00A27731" w:rsidRDefault="00A27731"/>
        </w:tc>
        <w:tc>
          <w:tcPr>
            <w:tcW w:w="1036" w:type="dxa"/>
          </w:tcPr>
          <w:p w:rsidR="00A27731" w:rsidRDefault="00A27731"/>
        </w:tc>
        <w:tc>
          <w:tcPr>
            <w:tcW w:w="1751" w:type="dxa"/>
          </w:tcPr>
          <w:p w:rsidR="00A27731" w:rsidRDefault="00A27731"/>
        </w:tc>
      </w:tr>
    </w:tbl>
    <w:p w:rsidR="004A27D9" w:rsidRDefault="00A27731">
      <w:pPr>
        <w:pStyle w:val="Heading2"/>
      </w:pPr>
      <w:r>
        <w:t>Terms and Conditions</w:t>
      </w:r>
    </w:p>
    <w:p w:rsidR="004A27D9" w:rsidRDefault="00A27731" w:rsidP="00A27731">
      <w:pPr>
        <w:spacing w:after="0"/>
      </w:pPr>
      <w:r>
        <w:t>1. Period of Employment: Two (2) years, renewable.</w:t>
      </w:r>
    </w:p>
    <w:p w:rsidR="004A27D9" w:rsidRDefault="00A27731" w:rsidP="00A27731">
      <w:pPr>
        <w:spacing w:after="0"/>
      </w:pPr>
      <w:r>
        <w:t>2. Job Nature: The company shall provide a detailed job description for each job title on the second page.</w:t>
      </w:r>
    </w:p>
    <w:p w:rsidR="004A27D9" w:rsidRDefault="00A27731" w:rsidP="00A27731">
      <w:pPr>
        <w:spacing w:after="0"/>
      </w:pPr>
      <w:r>
        <w:t xml:space="preserve">3. Place of Employment: </w:t>
      </w:r>
      <w:r w:rsidR="00BF5D60">
        <w:t>EMIRATES</w:t>
      </w:r>
      <w:r>
        <w:t xml:space="preserve"> of </w:t>
      </w:r>
      <w:r w:rsidR="00BF5D60">
        <w:t xml:space="preserve">UAE </w:t>
      </w:r>
      <w:r>
        <w:t>(mention project area).</w:t>
      </w:r>
    </w:p>
    <w:p w:rsidR="004A27D9" w:rsidRDefault="00A27731" w:rsidP="00A27731">
      <w:pPr>
        <w:spacing w:after="0"/>
      </w:pPr>
      <w:r>
        <w:t xml:space="preserve">4. Working Hours: As per the </w:t>
      </w:r>
      <w:proofErr w:type="spellStart"/>
      <w:r>
        <w:t>Labour</w:t>
      </w:r>
      <w:proofErr w:type="spellEnd"/>
      <w:r>
        <w:t xml:space="preserve"> Law of</w:t>
      </w:r>
      <w:r w:rsidR="00D03683">
        <w:t xml:space="preserve"> </w:t>
      </w:r>
      <w:r w:rsidR="00BF5D60">
        <w:t xml:space="preserve">UAE </w:t>
      </w:r>
      <w:r w:rsidR="00D03683">
        <w:t>or</w:t>
      </w:r>
      <w:r>
        <w:t xml:space="preserve"> Clearly mention working hours per day and per week.</w:t>
      </w:r>
    </w:p>
    <w:p w:rsidR="004A27D9" w:rsidRDefault="00A27731" w:rsidP="00A27731">
      <w:pPr>
        <w:spacing w:after="0"/>
      </w:pPr>
      <w:r>
        <w:t xml:space="preserve">5. Overtime: As per the </w:t>
      </w:r>
      <w:proofErr w:type="spellStart"/>
      <w:r>
        <w:t>Labour</w:t>
      </w:r>
      <w:proofErr w:type="spellEnd"/>
      <w:r>
        <w:t xml:space="preserve"> Law of </w:t>
      </w:r>
      <w:r w:rsidR="00BF5D60">
        <w:t>UAE</w:t>
      </w:r>
      <w:r>
        <w:t>.</w:t>
      </w:r>
    </w:p>
    <w:p w:rsidR="004A27D9" w:rsidRDefault="00A27731" w:rsidP="00A27731">
      <w:pPr>
        <w:spacing w:after="0"/>
      </w:pPr>
      <w:r>
        <w:t xml:space="preserve">6. Accommodation: Free </w:t>
      </w:r>
      <w:bookmarkStart w:id="0" w:name="_GoBack"/>
      <w:bookmarkEnd w:id="0"/>
      <w:r>
        <w:t>accommodation.</w:t>
      </w:r>
    </w:p>
    <w:p w:rsidR="004A27D9" w:rsidRDefault="00A27731" w:rsidP="00A27731">
      <w:pPr>
        <w:spacing w:after="0"/>
      </w:pPr>
      <w:r>
        <w:t>7. Air</w:t>
      </w:r>
      <w:r w:rsidR="00BF5D60">
        <w:t xml:space="preserve"> Ticket: Joining ticket (</w:t>
      </w:r>
      <w:proofErr w:type="spellStart"/>
      <w:r w:rsidR="00BF5D60">
        <w:t>KTM</w:t>
      </w:r>
      <w:proofErr w:type="spellEnd"/>
      <w:r w:rsidR="00BF5D60">
        <w:t>–UAE</w:t>
      </w:r>
      <w:r>
        <w:t>) and return ticket after completion of every two-year contract.</w:t>
      </w:r>
    </w:p>
    <w:p w:rsidR="004A27D9" w:rsidRDefault="00A27731" w:rsidP="00A27731">
      <w:pPr>
        <w:spacing w:after="0"/>
      </w:pPr>
      <w:r>
        <w:t>8. Probation Period: 90 days from date of arrival.</w:t>
      </w:r>
    </w:p>
    <w:p w:rsidR="004A27D9" w:rsidRDefault="00A27731" w:rsidP="00A27731">
      <w:pPr>
        <w:spacing w:after="0"/>
      </w:pPr>
      <w:r>
        <w:t>9. Residence Permit: Free of cost.</w:t>
      </w:r>
    </w:p>
    <w:p w:rsidR="004A27D9" w:rsidRDefault="00A27731" w:rsidP="00A27731">
      <w:pPr>
        <w:spacing w:after="0"/>
      </w:pPr>
      <w:r>
        <w:t>10. Water, Electricity and Gas: Provided by the company.</w:t>
      </w:r>
    </w:p>
    <w:p w:rsidR="004A27D9" w:rsidRDefault="00A27731" w:rsidP="00A27731">
      <w:pPr>
        <w:spacing w:after="0"/>
      </w:pPr>
      <w:r>
        <w:t xml:space="preserve">11. Food: Free food OR food allowance of </w:t>
      </w:r>
      <w:r w:rsidR="00BF5D60">
        <w:t>AED</w:t>
      </w:r>
      <w:r>
        <w:t xml:space="preserve"> ____ per month.</w:t>
      </w:r>
    </w:p>
    <w:p w:rsidR="004A27D9" w:rsidRDefault="00A27731" w:rsidP="00A27731">
      <w:pPr>
        <w:spacing w:after="0"/>
      </w:pPr>
      <w:r>
        <w:t>12. Medical and Life Insurance: Provided by the company.</w:t>
      </w:r>
    </w:p>
    <w:p w:rsidR="004A27D9" w:rsidRDefault="00A27731" w:rsidP="00A27731">
      <w:pPr>
        <w:spacing w:after="0"/>
      </w:pPr>
      <w:r>
        <w:t>13. Transportation: Provided to and from the work site.</w:t>
      </w:r>
    </w:p>
    <w:p w:rsidR="004A27D9" w:rsidRDefault="00A27731" w:rsidP="00A27731">
      <w:pPr>
        <w:spacing w:after="0"/>
      </w:pPr>
      <w:r>
        <w:t>14. Uniform and Safety Materials: Provided by the company.</w:t>
      </w:r>
    </w:p>
    <w:p w:rsidR="004A27D9" w:rsidRDefault="00A27731" w:rsidP="00A27731">
      <w:pPr>
        <w:spacing w:after="0"/>
      </w:pPr>
      <w:r>
        <w:t xml:space="preserve">15. Service Gratuity and Annual Leave: As per </w:t>
      </w:r>
      <w:r w:rsidR="00BF5D60">
        <w:t>UAE</w:t>
      </w:r>
      <w:r>
        <w:t xml:space="preserve"> </w:t>
      </w:r>
      <w:proofErr w:type="spellStart"/>
      <w:r>
        <w:t>Labour</w:t>
      </w:r>
      <w:proofErr w:type="spellEnd"/>
      <w:r>
        <w:t xml:space="preserve"> Law.</w:t>
      </w:r>
    </w:p>
    <w:p w:rsidR="004A27D9" w:rsidRDefault="00A27731" w:rsidP="00A27731">
      <w:pPr>
        <w:spacing w:after="0"/>
      </w:pPr>
      <w:r>
        <w:t xml:space="preserve">16. Other Terms and Conditions: As per the </w:t>
      </w:r>
      <w:proofErr w:type="spellStart"/>
      <w:r>
        <w:t>Labour</w:t>
      </w:r>
      <w:proofErr w:type="spellEnd"/>
      <w:r>
        <w:t xml:space="preserve"> Law of </w:t>
      </w:r>
      <w:r w:rsidR="00BF5D60">
        <w:t>UAE</w:t>
      </w:r>
      <w:r>
        <w:t>.</w:t>
      </w:r>
    </w:p>
    <w:p w:rsidR="004A27D9" w:rsidRDefault="00A27731" w:rsidP="00A27731">
      <w:pPr>
        <w:spacing w:after="0"/>
      </w:pPr>
      <w:r>
        <w:br/>
        <w:t>Company Name: __________________________</w:t>
      </w:r>
    </w:p>
    <w:p w:rsidR="004A27D9" w:rsidRDefault="00BF5D60" w:rsidP="00A27731">
      <w:pPr>
        <w:spacing w:after="0"/>
      </w:pPr>
      <w:r>
        <w:t>License</w:t>
      </w:r>
      <w:r w:rsidR="00A27731">
        <w:t>. Number: __________________________</w:t>
      </w:r>
    </w:p>
    <w:p w:rsidR="004A27D9" w:rsidRDefault="00A27731" w:rsidP="00A27731">
      <w:pPr>
        <w:spacing w:after="0"/>
      </w:pPr>
      <w:r>
        <w:t>Authorized Signatory: __________________</w:t>
      </w:r>
    </w:p>
    <w:p w:rsidR="00276E4F" w:rsidRDefault="00276E4F" w:rsidP="00A27731">
      <w:pPr>
        <w:spacing w:after="0"/>
        <w:rPr>
          <w:lang w:bidi="ne-NP"/>
        </w:rPr>
      </w:pPr>
      <w:r>
        <w:rPr>
          <w:lang w:bidi="ne-NP"/>
        </w:rPr>
        <w:t xml:space="preserve">Full </w:t>
      </w:r>
      <w:proofErr w:type="gramStart"/>
      <w:r>
        <w:rPr>
          <w:lang w:bidi="ne-NP"/>
        </w:rPr>
        <w:t>Name :</w:t>
      </w:r>
      <w:proofErr w:type="gramEnd"/>
      <w:r>
        <w:rPr>
          <w:lang w:bidi="ne-NP"/>
        </w:rPr>
        <w:t>-</w:t>
      </w:r>
      <w:r w:rsidRPr="00276E4F">
        <w:t xml:space="preserve"> </w:t>
      </w:r>
      <w:r>
        <w:t>__________________</w:t>
      </w:r>
    </w:p>
    <w:p w:rsidR="004A27D9" w:rsidRDefault="00A27731" w:rsidP="00A27731">
      <w:pPr>
        <w:spacing w:after="0"/>
      </w:pPr>
      <w:r>
        <w:t>Designation (General Manager/Managing Director): __________________</w:t>
      </w:r>
    </w:p>
    <w:p w:rsidR="00276E4F" w:rsidRDefault="00276E4F" w:rsidP="00A27731">
      <w:pPr>
        <w:spacing w:after="0"/>
      </w:pPr>
      <w:r>
        <w:t xml:space="preserve">Company </w:t>
      </w:r>
      <w:proofErr w:type="gramStart"/>
      <w:r>
        <w:t>Seal:-</w:t>
      </w:r>
      <w:proofErr w:type="gramEnd"/>
      <w:r w:rsidRPr="00276E4F">
        <w:t xml:space="preserve"> </w:t>
      </w:r>
      <w:r>
        <w:t>__________________</w:t>
      </w:r>
    </w:p>
    <w:sectPr w:rsidR="00276E4F" w:rsidSect="00276E4F">
      <w:pgSz w:w="12240" w:h="15840"/>
      <w:pgMar w:top="810" w:right="63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881"/>
    <w:rsid w:val="0015074B"/>
    <w:rsid w:val="00276E4F"/>
    <w:rsid w:val="0029639D"/>
    <w:rsid w:val="00326F90"/>
    <w:rsid w:val="004A27D9"/>
    <w:rsid w:val="00A27731"/>
    <w:rsid w:val="00AA1D8D"/>
    <w:rsid w:val="00B47730"/>
    <w:rsid w:val="00BF5D60"/>
    <w:rsid w:val="00CB0664"/>
    <w:rsid w:val="00D03683"/>
    <w:rsid w:val="00FC693F"/>
    <w:rsid w:val="00FF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B71D61C-103E-4D8B-9FD4-F9D21211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3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B1AE94-164F-4DF9-99A0-A32767262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PANKAJ</cp:lastModifiedBy>
  <cp:revision>8</cp:revision>
  <cp:lastPrinted>2026-08-05T07:28:00Z</cp:lastPrinted>
  <dcterms:created xsi:type="dcterms:W3CDTF">2013-12-23T23:15:00Z</dcterms:created>
  <dcterms:modified xsi:type="dcterms:W3CDTF">2026-09-15T10:08:00Z</dcterms:modified>
  <cp:category/>
</cp:coreProperties>
</file>