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140" w:rsidRDefault="008B63AD">
      <w:pPr>
        <w:pStyle w:val="Heading1"/>
      </w:pPr>
      <w:r>
        <w:t xml:space="preserve">                                           </w:t>
      </w:r>
      <w:r w:rsidR="00C3550A">
        <w:t>SAMPLE EMPLOYMENT CONTRACT</w:t>
      </w:r>
    </w:p>
    <w:p w:rsidR="00CA3140" w:rsidRDefault="008B63A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3550A">
        <w:t xml:space="preserve">Date: </w:t>
      </w:r>
    </w:p>
    <w:p w:rsidR="00CA3140" w:rsidRDefault="00C3550A" w:rsidP="008B63AD">
      <w:pPr>
        <w:spacing w:after="0"/>
      </w:pPr>
      <w:r>
        <w:t>Employee Name: ______________________</w:t>
      </w:r>
    </w:p>
    <w:p w:rsidR="00CA3140" w:rsidRDefault="00C3550A" w:rsidP="008B63AD">
      <w:pPr>
        <w:spacing w:after="0"/>
      </w:pPr>
      <w:r>
        <w:t>Passport No.: ________________________</w:t>
      </w:r>
    </w:p>
    <w:p w:rsidR="00CA3140" w:rsidRDefault="00C3550A" w:rsidP="008B63AD">
      <w:pPr>
        <w:spacing w:after="0"/>
      </w:pPr>
      <w:r>
        <w:t>Nationality: Nepal</w:t>
      </w:r>
    </w:p>
    <w:p w:rsidR="00CA3140" w:rsidRDefault="00C3550A" w:rsidP="008B63AD">
      <w:pPr>
        <w:spacing w:after="0"/>
      </w:pPr>
      <w:r>
        <w:t>Job Title: ___________________________</w:t>
      </w:r>
    </w:p>
    <w:p w:rsidR="00CA3140" w:rsidRDefault="00C3550A">
      <w:pPr>
        <w:pStyle w:val="Heading2"/>
      </w:pPr>
      <w:r>
        <w:t>Terms and Conditions</w:t>
      </w:r>
    </w:p>
    <w:tbl>
      <w:tblPr>
        <w:tblStyle w:val="TableGrid"/>
        <w:tblW w:w="9378" w:type="dxa"/>
        <w:tblLook w:val="04A0" w:firstRow="1" w:lastRow="0" w:firstColumn="1" w:lastColumn="0" w:noHBand="0" w:noVBand="1"/>
      </w:tblPr>
      <w:tblGrid>
        <w:gridCol w:w="4320"/>
        <w:gridCol w:w="5058"/>
      </w:tblGrid>
      <w:tr w:rsidR="00CA3140" w:rsidTr="00930AC0">
        <w:tc>
          <w:tcPr>
            <w:tcW w:w="4320" w:type="dxa"/>
          </w:tcPr>
          <w:p w:rsidR="00CA3140" w:rsidRDefault="00C3550A">
            <w:r>
              <w:t>Clause</w:t>
            </w:r>
          </w:p>
        </w:tc>
        <w:tc>
          <w:tcPr>
            <w:tcW w:w="5058" w:type="dxa"/>
          </w:tcPr>
          <w:p w:rsidR="00CA3140" w:rsidRDefault="00C3550A">
            <w:r>
              <w:t>Details</w:t>
            </w:r>
          </w:p>
        </w:tc>
      </w:tr>
      <w:tr w:rsidR="00CA3140" w:rsidTr="00930AC0">
        <w:tc>
          <w:tcPr>
            <w:tcW w:w="4320" w:type="dxa"/>
          </w:tcPr>
          <w:p w:rsidR="00CA3140" w:rsidRDefault="00C3550A">
            <w:r>
              <w:t>Job Title</w:t>
            </w:r>
          </w:p>
        </w:tc>
        <w:tc>
          <w:tcPr>
            <w:tcW w:w="5058" w:type="dxa"/>
          </w:tcPr>
          <w:p w:rsidR="00CA3140" w:rsidRDefault="00C3550A">
            <w:r>
              <w:t>_____________________</w:t>
            </w:r>
          </w:p>
        </w:tc>
      </w:tr>
      <w:tr w:rsidR="008B63AD" w:rsidTr="00930AC0">
        <w:tc>
          <w:tcPr>
            <w:tcW w:w="4320" w:type="dxa"/>
          </w:tcPr>
          <w:p w:rsidR="008B63AD" w:rsidRPr="008B63AD" w:rsidRDefault="008B63AD">
            <w:pPr>
              <w:rPr>
                <w:lang w:val="en-GB" w:bidi="ne-NP"/>
              </w:rPr>
            </w:pPr>
            <w:r>
              <w:t xml:space="preserve">Work in </w:t>
            </w:r>
            <w:r>
              <w:rPr>
                <w:lang w:val="en-GB" w:bidi="ne-NP"/>
              </w:rPr>
              <w:t>(Indoor/ Outdoor</w:t>
            </w:r>
            <w:r w:rsidR="00C3550A">
              <w:rPr>
                <w:lang w:val="en-GB" w:bidi="ne-NP"/>
              </w:rPr>
              <w:t>/ indoor outdoor both )</w:t>
            </w:r>
          </w:p>
        </w:tc>
        <w:tc>
          <w:tcPr>
            <w:tcW w:w="5058" w:type="dxa"/>
          </w:tcPr>
          <w:p w:rsidR="008B63AD" w:rsidRDefault="008B63AD"/>
        </w:tc>
      </w:tr>
      <w:tr w:rsidR="00CA3140" w:rsidTr="00930AC0">
        <w:tc>
          <w:tcPr>
            <w:tcW w:w="4320" w:type="dxa"/>
          </w:tcPr>
          <w:p w:rsidR="00CA3140" w:rsidRDefault="00C3550A">
            <w:r>
              <w:t>Job Nature (Duties and Responsibilities)</w:t>
            </w:r>
          </w:p>
        </w:tc>
        <w:tc>
          <w:tcPr>
            <w:tcW w:w="5058" w:type="dxa"/>
          </w:tcPr>
          <w:p w:rsidR="00CA3140" w:rsidRDefault="00C3550A" w:rsidP="008B63AD">
            <w:r>
              <w:t>The company shall clearly describe the duties and responsibilities of the job. Include the main tasks and any other duties related to the position.</w:t>
            </w:r>
          </w:p>
        </w:tc>
      </w:tr>
      <w:tr w:rsidR="00CA3140" w:rsidTr="00930AC0">
        <w:tc>
          <w:tcPr>
            <w:tcW w:w="4320" w:type="dxa"/>
          </w:tcPr>
          <w:p w:rsidR="00CA3140" w:rsidRDefault="00C3550A">
            <w:r>
              <w:t>Place of Employment</w:t>
            </w:r>
          </w:p>
        </w:tc>
        <w:tc>
          <w:tcPr>
            <w:tcW w:w="5058" w:type="dxa"/>
          </w:tcPr>
          <w:p w:rsidR="00CA3140" w:rsidRDefault="00006159">
            <w:r>
              <w:t>United Arab Emirates</w:t>
            </w:r>
            <w:r w:rsidR="00C3550A">
              <w:t xml:space="preserve"> (Project/Work Location: ____________)</w:t>
            </w:r>
          </w:p>
        </w:tc>
      </w:tr>
      <w:tr w:rsidR="00CA3140" w:rsidTr="00930AC0">
        <w:tc>
          <w:tcPr>
            <w:tcW w:w="4320" w:type="dxa"/>
          </w:tcPr>
          <w:p w:rsidR="00CA3140" w:rsidRDefault="00C3550A">
            <w:r>
              <w:t>Contract Period</w:t>
            </w:r>
          </w:p>
        </w:tc>
        <w:tc>
          <w:tcPr>
            <w:tcW w:w="5058" w:type="dxa"/>
          </w:tcPr>
          <w:p w:rsidR="00CA3140" w:rsidRDefault="00C3550A">
            <w:r>
              <w:t>Two (2) years, renewable upon mutual agreement.</w:t>
            </w:r>
          </w:p>
        </w:tc>
      </w:tr>
      <w:tr w:rsidR="00CA3140" w:rsidTr="00930AC0">
        <w:tc>
          <w:tcPr>
            <w:tcW w:w="4320" w:type="dxa"/>
          </w:tcPr>
          <w:p w:rsidR="00CA3140" w:rsidRDefault="00C3550A">
            <w:r>
              <w:t>Probation Period</w:t>
            </w:r>
          </w:p>
        </w:tc>
        <w:tc>
          <w:tcPr>
            <w:tcW w:w="5058" w:type="dxa"/>
          </w:tcPr>
          <w:p w:rsidR="00CA3140" w:rsidRDefault="00C3550A">
            <w:r>
              <w:t>90 days from the date of joining.</w:t>
            </w:r>
          </w:p>
        </w:tc>
      </w:tr>
      <w:tr w:rsidR="00CA3140" w:rsidTr="00930AC0">
        <w:tc>
          <w:tcPr>
            <w:tcW w:w="4320" w:type="dxa"/>
          </w:tcPr>
          <w:p w:rsidR="00CA3140" w:rsidRDefault="00C3550A">
            <w:r>
              <w:t>Monthly Basic Salary</w:t>
            </w:r>
          </w:p>
        </w:tc>
        <w:tc>
          <w:tcPr>
            <w:tcW w:w="5058" w:type="dxa"/>
          </w:tcPr>
          <w:p w:rsidR="00CA3140" w:rsidRDefault="00006159">
            <w:r>
              <w:t>AED</w:t>
            </w:r>
            <w:r w:rsidR="00C3550A">
              <w:t xml:space="preserve"> ________ (In Words: _______________________)</w:t>
            </w:r>
          </w:p>
        </w:tc>
      </w:tr>
      <w:tr w:rsidR="00CA3140" w:rsidTr="00930AC0">
        <w:tc>
          <w:tcPr>
            <w:tcW w:w="4320" w:type="dxa"/>
          </w:tcPr>
          <w:p w:rsidR="00CA3140" w:rsidRDefault="00C3550A">
            <w:r>
              <w:t>Food</w:t>
            </w:r>
          </w:p>
        </w:tc>
        <w:tc>
          <w:tcPr>
            <w:tcW w:w="5058" w:type="dxa"/>
          </w:tcPr>
          <w:p w:rsidR="00CA3140" w:rsidRDefault="00C3550A" w:rsidP="00404563">
            <w:r>
              <w:rPr>
                <w:rFonts w:ascii="Segoe UI Symbol" w:hAnsi="Segoe UI Symbol" w:cs="Segoe UI Symbol"/>
              </w:rPr>
              <w:t>☐</w:t>
            </w:r>
            <w:r>
              <w:t xml:space="preserve"> Free food provided OR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Food allowance </w:t>
            </w:r>
            <w:r w:rsidR="00404563">
              <w:t>AED</w:t>
            </w:r>
            <w:r>
              <w:t xml:space="preserve"> ______ per month.</w:t>
            </w:r>
          </w:p>
        </w:tc>
      </w:tr>
      <w:tr w:rsidR="00CA3140" w:rsidTr="00930AC0">
        <w:tc>
          <w:tcPr>
            <w:tcW w:w="4320" w:type="dxa"/>
          </w:tcPr>
          <w:p w:rsidR="00CA3140" w:rsidRDefault="00C3550A">
            <w:r>
              <w:t>Accommodation</w:t>
            </w:r>
          </w:p>
        </w:tc>
        <w:tc>
          <w:tcPr>
            <w:tcW w:w="5058" w:type="dxa"/>
          </w:tcPr>
          <w:p w:rsidR="00CA3140" w:rsidRDefault="00C3550A" w:rsidP="008B63AD">
            <w:r>
              <w:rPr>
                <w:rFonts w:ascii="Segoe UI Symbol" w:hAnsi="Segoe UI Symbol" w:cs="Segoe UI Symbol"/>
              </w:rPr>
              <w:t>☐</w:t>
            </w:r>
            <w:r>
              <w:t xml:space="preserve"> Free accommodation ______.</w:t>
            </w:r>
          </w:p>
        </w:tc>
      </w:tr>
      <w:tr w:rsidR="00CA3140" w:rsidTr="00930AC0">
        <w:tc>
          <w:tcPr>
            <w:tcW w:w="4320" w:type="dxa"/>
          </w:tcPr>
          <w:p w:rsidR="00CA3140" w:rsidRDefault="00C3550A">
            <w:r>
              <w:t>Transportation</w:t>
            </w:r>
          </w:p>
        </w:tc>
        <w:tc>
          <w:tcPr>
            <w:tcW w:w="5058" w:type="dxa"/>
          </w:tcPr>
          <w:p w:rsidR="00CA3140" w:rsidRDefault="00C3550A">
            <w:r>
              <w:t>Provided by the company.</w:t>
            </w:r>
          </w:p>
        </w:tc>
      </w:tr>
      <w:tr w:rsidR="00CA3140" w:rsidTr="00930AC0">
        <w:tc>
          <w:tcPr>
            <w:tcW w:w="4320" w:type="dxa"/>
          </w:tcPr>
          <w:p w:rsidR="00CA3140" w:rsidRDefault="00C3550A">
            <w:r>
              <w:t>Working Hours</w:t>
            </w:r>
          </w:p>
        </w:tc>
        <w:tc>
          <w:tcPr>
            <w:tcW w:w="5058" w:type="dxa"/>
          </w:tcPr>
          <w:p w:rsidR="00CA3140" w:rsidRDefault="00C3550A">
            <w:r>
              <w:t xml:space="preserve">As per the </w:t>
            </w:r>
            <w:proofErr w:type="spellStart"/>
            <w:r>
              <w:t>Labour</w:t>
            </w:r>
            <w:proofErr w:type="spellEnd"/>
            <w:r>
              <w:t xml:space="preserve"> Law of </w:t>
            </w:r>
            <w:r w:rsidR="00A168F1">
              <w:t>UAE</w:t>
            </w:r>
            <w:r>
              <w:t>. ____ hours/day, ____ hours/week.</w:t>
            </w:r>
          </w:p>
        </w:tc>
      </w:tr>
      <w:tr w:rsidR="00CA3140" w:rsidTr="00930AC0">
        <w:tc>
          <w:tcPr>
            <w:tcW w:w="4320" w:type="dxa"/>
          </w:tcPr>
          <w:p w:rsidR="00CA3140" w:rsidRDefault="00C3550A">
            <w:r>
              <w:t>Overtime</w:t>
            </w:r>
          </w:p>
        </w:tc>
        <w:tc>
          <w:tcPr>
            <w:tcW w:w="5058" w:type="dxa"/>
          </w:tcPr>
          <w:p w:rsidR="00CA3140" w:rsidRDefault="00C3550A">
            <w:r>
              <w:t xml:space="preserve">As per the </w:t>
            </w:r>
            <w:proofErr w:type="spellStart"/>
            <w:r>
              <w:t>Labour</w:t>
            </w:r>
            <w:proofErr w:type="spellEnd"/>
            <w:r>
              <w:t xml:space="preserve"> Law of </w:t>
            </w:r>
            <w:r w:rsidR="00A168F1">
              <w:t>UAE</w:t>
            </w:r>
            <w:r>
              <w:t>.</w:t>
            </w:r>
          </w:p>
        </w:tc>
      </w:tr>
      <w:tr w:rsidR="00CA3140" w:rsidTr="00930AC0">
        <w:tc>
          <w:tcPr>
            <w:tcW w:w="4320" w:type="dxa"/>
          </w:tcPr>
          <w:p w:rsidR="00CA3140" w:rsidRDefault="00C3550A">
            <w:r>
              <w:t>Medical &amp; Life Insurance</w:t>
            </w:r>
          </w:p>
        </w:tc>
        <w:tc>
          <w:tcPr>
            <w:tcW w:w="5058" w:type="dxa"/>
          </w:tcPr>
          <w:p w:rsidR="00CA3140" w:rsidRDefault="00C3550A">
            <w:r>
              <w:t>Provided by the company.</w:t>
            </w:r>
          </w:p>
        </w:tc>
      </w:tr>
      <w:tr w:rsidR="00CA3140" w:rsidTr="00930AC0">
        <w:tc>
          <w:tcPr>
            <w:tcW w:w="4320" w:type="dxa"/>
          </w:tcPr>
          <w:p w:rsidR="00CA3140" w:rsidRDefault="00C3550A">
            <w:r>
              <w:t>Annual Leave</w:t>
            </w:r>
          </w:p>
        </w:tc>
        <w:tc>
          <w:tcPr>
            <w:tcW w:w="5058" w:type="dxa"/>
          </w:tcPr>
          <w:p w:rsidR="00CA3140" w:rsidRDefault="00C3550A" w:rsidP="00006159">
            <w:r>
              <w:t xml:space="preserve">As per the </w:t>
            </w:r>
            <w:proofErr w:type="spellStart"/>
            <w:r>
              <w:t>Labour</w:t>
            </w:r>
            <w:proofErr w:type="spellEnd"/>
            <w:r>
              <w:t xml:space="preserve"> Law of </w:t>
            </w:r>
            <w:r w:rsidR="00006159">
              <w:t>UAE</w:t>
            </w:r>
            <w:r>
              <w:t xml:space="preserve">/mention clearly per year </w:t>
            </w:r>
          </w:p>
        </w:tc>
      </w:tr>
      <w:tr w:rsidR="00CA3140" w:rsidTr="00930AC0">
        <w:tc>
          <w:tcPr>
            <w:tcW w:w="4320" w:type="dxa"/>
          </w:tcPr>
          <w:p w:rsidR="00CA3140" w:rsidRDefault="00C3550A">
            <w:r>
              <w:t>Air Ticket</w:t>
            </w:r>
          </w:p>
        </w:tc>
        <w:tc>
          <w:tcPr>
            <w:tcW w:w="5058" w:type="dxa"/>
          </w:tcPr>
          <w:p w:rsidR="00CA3140" w:rsidRDefault="00C3550A" w:rsidP="00006159">
            <w:r>
              <w:t>Joining and return ticket after completion of each contract.</w:t>
            </w:r>
          </w:p>
        </w:tc>
      </w:tr>
      <w:tr w:rsidR="00CA3140" w:rsidTr="00930AC0">
        <w:tc>
          <w:tcPr>
            <w:tcW w:w="4320" w:type="dxa"/>
          </w:tcPr>
          <w:p w:rsidR="00CA3140" w:rsidRDefault="00C3550A">
            <w:r>
              <w:t>Residence Visa/Permit</w:t>
            </w:r>
          </w:p>
        </w:tc>
        <w:tc>
          <w:tcPr>
            <w:tcW w:w="5058" w:type="dxa"/>
          </w:tcPr>
          <w:p w:rsidR="00CA3140" w:rsidRDefault="00C3550A">
            <w:r>
              <w:t>Provided free of cost by the company.</w:t>
            </w:r>
          </w:p>
        </w:tc>
      </w:tr>
      <w:tr w:rsidR="00CA3140" w:rsidTr="00930AC0">
        <w:tc>
          <w:tcPr>
            <w:tcW w:w="4320" w:type="dxa"/>
          </w:tcPr>
          <w:p w:rsidR="00CA3140" w:rsidRDefault="00C3550A">
            <w:r>
              <w:t>Uniform &amp; PPE</w:t>
            </w:r>
          </w:p>
        </w:tc>
        <w:tc>
          <w:tcPr>
            <w:tcW w:w="5058" w:type="dxa"/>
          </w:tcPr>
          <w:p w:rsidR="00CA3140" w:rsidRDefault="00C3550A">
            <w:r>
              <w:t>Provided by the company where applicable.</w:t>
            </w:r>
          </w:p>
        </w:tc>
      </w:tr>
      <w:tr w:rsidR="00CA3140" w:rsidTr="00930AC0">
        <w:tc>
          <w:tcPr>
            <w:tcW w:w="4320" w:type="dxa"/>
          </w:tcPr>
          <w:p w:rsidR="00CA3140" w:rsidRDefault="00C3550A">
            <w:r>
              <w:t>End of Service Benefits</w:t>
            </w:r>
          </w:p>
        </w:tc>
        <w:tc>
          <w:tcPr>
            <w:tcW w:w="5058" w:type="dxa"/>
          </w:tcPr>
          <w:p w:rsidR="00CA3140" w:rsidRDefault="00006159">
            <w:r>
              <w:t xml:space="preserve">As per the </w:t>
            </w:r>
            <w:proofErr w:type="spellStart"/>
            <w:r>
              <w:t>Labour</w:t>
            </w:r>
            <w:proofErr w:type="spellEnd"/>
            <w:r>
              <w:t xml:space="preserve"> Law of UAE</w:t>
            </w:r>
            <w:r w:rsidR="00C3550A">
              <w:t>.</w:t>
            </w:r>
          </w:p>
        </w:tc>
      </w:tr>
      <w:tr w:rsidR="00CA3140" w:rsidTr="00930AC0">
        <w:tc>
          <w:tcPr>
            <w:tcW w:w="4320" w:type="dxa"/>
          </w:tcPr>
          <w:p w:rsidR="00CA3140" w:rsidRDefault="00C3550A">
            <w:r>
              <w:t>Other Terms</w:t>
            </w:r>
          </w:p>
        </w:tc>
        <w:tc>
          <w:tcPr>
            <w:tcW w:w="5058" w:type="dxa"/>
          </w:tcPr>
          <w:p w:rsidR="00CA3140" w:rsidRDefault="00006159">
            <w:r>
              <w:t xml:space="preserve">As per the </w:t>
            </w:r>
            <w:proofErr w:type="spellStart"/>
            <w:r>
              <w:t>Labour</w:t>
            </w:r>
            <w:proofErr w:type="spellEnd"/>
            <w:r>
              <w:t xml:space="preserve"> Law of UAE</w:t>
            </w:r>
            <w:r w:rsidR="00C3550A">
              <w:t>.</w:t>
            </w:r>
          </w:p>
        </w:tc>
      </w:tr>
    </w:tbl>
    <w:p w:rsidR="00930AC0" w:rsidRDefault="00C3550A" w:rsidP="00A168F1">
      <w:pPr>
        <w:spacing w:line="240" w:lineRule="auto"/>
      </w:pPr>
      <w:r>
        <w:br/>
        <w:t xml:space="preserve">Employer </w:t>
      </w:r>
      <w:r w:rsidR="00930AC0">
        <w:t>Company Name</w:t>
      </w:r>
    </w:p>
    <w:p w:rsidR="00A168F1" w:rsidRDefault="00A168F1" w:rsidP="00A168F1">
      <w:pPr>
        <w:spacing w:line="240" w:lineRule="auto"/>
      </w:pPr>
      <w:r>
        <w:t>Manager/Owner Name:</w:t>
      </w:r>
      <w:r w:rsidRPr="00A168F1">
        <w:t xml:space="preserve"> </w:t>
      </w:r>
      <w:r>
        <w:t>______________________</w:t>
      </w:r>
    </w:p>
    <w:p w:rsidR="00CA3140" w:rsidRDefault="00C3550A" w:rsidP="00A168F1">
      <w:pPr>
        <w:spacing w:line="240" w:lineRule="auto"/>
      </w:pPr>
      <w:r>
        <w:t>Signature &amp; Seal: ______________________</w:t>
      </w:r>
    </w:p>
    <w:p w:rsidR="008B63AD" w:rsidRDefault="008B63AD" w:rsidP="00A168F1">
      <w:pPr>
        <w:spacing w:line="240" w:lineRule="auto"/>
      </w:pPr>
      <w:bookmarkStart w:id="0" w:name="_GoBack"/>
      <w:bookmarkEnd w:id="0"/>
    </w:p>
    <w:p w:rsidR="00CA3140" w:rsidRDefault="00C3550A" w:rsidP="00A168F1">
      <w:pPr>
        <w:spacing w:line="240" w:lineRule="auto"/>
      </w:pPr>
      <w:r>
        <w:t>Employee Signature: ____________________________</w:t>
      </w:r>
    </w:p>
    <w:sectPr w:rsidR="00CA3140" w:rsidSect="00A168F1">
      <w:pgSz w:w="12240" w:h="15840"/>
      <w:pgMar w:top="1440" w:right="9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6159"/>
    <w:rsid w:val="00034616"/>
    <w:rsid w:val="0006063C"/>
    <w:rsid w:val="0015074B"/>
    <w:rsid w:val="0029639D"/>
    <w:rsid w:val="00326F90"/>
    <w:rsid w:val="00404563"/>
    <w:rsid w:val="008B63AD"/>
    <w:rsid w:val="00930AC0"/>
    <w:rsid w:val="00A168F1"/>
    <w:rsid w:val="00AA1D8D"/>
    <w:rsid w:val="00B47730"/>
    <w:rsid w:val="00C3550A"/>
    <w:rsid w:val="00CA314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666332"/>
  <w14:defaultImageDpi w14:val="300"/>
  <w15:docId w15:val="{FC3DEA26-99E0-4346-924D-27FD48198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061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1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8098E8-59BA-4921-A509-46859097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PANKAJ</cp:lastModifiedBy>
  <cp:revision>11</cp:revision>
  <cp:lastPrinted>2026-08-04T12:25:00Z</cp:lastPrinted>
  <dcterms:created xsi:type="dcterms:W3CDTF">2013-12-23T23:15:00Z</dcterms:created>
  <dcterms:modified xsi:type="dcterms:W3CDTF">2026-09-15T10:19:00Z</dcterms:modified>
  <cp:category/>
</cp:coreProperties>
</file>